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09" w:type="dxa"/>
        <w:jc w:val="center"/>
        <w:tblLayout w:type="fixed"/>
        <w:tblLook w:val="04A0" w:firstRow="1" w:lastRow="0" w:firstColumn="1" w:lastColumn="0" w:noHBand="0" w:noVBand="1"/>
      </w:tblPr>
      <w:tblGrid>
        <w:gridCol w:w="3396"/>
        <w:gridCol w:w="3969"/>
        <w:gridCol w:w="3544"/>
      </w:tblGrid>
      <w:tr w:rsidR="008A5E4E" w:rsidRPr="000014E0" w14:paraId="16B43756" w14:textId="77777777" w:rsidTr="005C5925">
        <w:trPr>
          <w:trHeight w:val="1533"/>
          <w:jc w:val="center"/>
        </w:trPr>
        <w:tc>
          <w:tcPr>
            <w:tcW w:w="3396" w:type="dxa"/>
            <w:tcBorders>
              <w:top w:val="single" w:sz="5" w:space="0" w:color="9FBAD0"/>
              <w:left w:val="single" w:sz="5" w:space="0" w:color="9FBAD0"/>
              <w:bottom w:val="single" w:sz="5" w:space="0" w:color="9FBAD0"/>
              <w:right w:val="single" w:sz="5" w:space="0" w:color="9FBAD0"/>
            </w:tcBorders>
            <w:shd w:val="clear" w:color="auto" w:fill="EEF5FA"/>
            <w:tcMar>
              <w:top w:w="45" w:type="dxa"/>
              <w:left w:w="65" w:type="dxa"/>
              <w:bottom w:w="45" w:type="dxa"/>
              <w:right w:w="65" w:type="dxa"/>
            </w:tcMar>
            <w:vAlign w:val="center"/>
          </w:tcPr>
          <w:p w14:paraId="6DD51E9A" w14:textId="77777777" w:rsidR="005C5925" w:rsidRPr="005C5925" w:rsidRDefault="00396BC5" w:rsidP="005C5925">
            <w:pPr>
              <w:spacing w:after="0" w:line="240" w:lineRule="auto"/>
              <w:jc w:val="center"/>
              <w:rPr>
                <w:b/>
                <w:bCs/>
                <w:sz w:val="22"/>
                <w:szCs w:val="36"/>
                <w:lang w:val="es-ES"/>
              </w:rPr>
            </w:pPr>
            <w:r w:rsidRPr="005C5925">
              <w:rPr>
                <w:b/>
                <w:bCs/>
                <w:sz w:val="22"/>
                <w:szCs w:val="36"/>
                <w:lang w:val="es-ES"/>
              </w:rPr>
              <w:t>C</w:t>
            </w:r>
            <w:r w:rsidR="005C5925" w:rsidRPr="005C5925">
              <w:rPr>
                <w:b/>
                <w:bCs/>
                <w:sz w:val="22"/>
                <w:szCs w:val="36"/>
                <w:lang w:val="es-ES"/>
              </w:rPr>
              <w:t xml:space="preserve">entro de Idiomas   </w:t>
            </w:r>
          </w:p>
          <w:p w14:paraId="6F7E1F82" w14:textId="74975CEE" w:rsidR="000014E0" w:rsidRPr="005C5925" w:rsidRDefault="005C5925" w:rsidP="005C5925">
            <w:pPr>
              <w:spacing w:after="0" w:line="240" w:lineRule="auto"/>
              <w:jc w:val="center"/>
              <w:rPr>
                <w:b/>
                <w:bCs/>
                <w:sz w:val="24"/>
                <w:szCs w:val="40"/>
                <w:lang w:val="es-ES"/>
              </w:rPr>
            </w:pPr>
            <w:r w:rsidRPr="005C5925">
              <w:rPr>
                <w:b/>
                <w:bCs/>
                <w:sz w:val="22"/>
                <w:szCs w:val="36"/>
                <w:lang w:val="es-ES"/>
              </w:rPr>
              <w:t xml:space="preserve">Universidad de Valladolid </w:t>
            </w:r>
            <w:r w:rsidR="00396BC5" w:rsidRPr="005C5925">
              <w:rPr>
                <w:b/>
                <w:bCs/>
                <w:sz w:val="22"/>
                <w:szCs w:val="36"/>
                <w:lang w:val="es-ES"/>
              </w:rPr>
              <w:br/>
            </w:r>
          </w:p>
          <w:p w14:paraId="13EE3389" w14:textId="28678591" w:rsidR="008A5E4E" w:rsidRPr="000014E0" w:rsidRDefault="00396BC5" w:rsidP="005C5925">
            <w:pPr>
              <w:spacing w:after="0" w:line="240" w:lineRule="auto"/>
              <w:jc w:val="center"/>
              <w:rPr>
                <w:sz w:val="18"/>
                <w:szCs w:val="28"/>
                <w:lang w:val="es-ES"/>
              </w:rPr>
            </w:pPr>
            <w:r w:rsidRPr="005C5925">
              <w:rPr>
                <w:b/>
                <w:sz w:val="20"/>
                <w:szCs w:val="32"/>
                <w:lang w:val="es-ES"/>
              </w:rPr>
              <w:t>Tel. +34 983 18 46 70</w:t>
            </w:r>
            <w:r w:rsidRPr="005C5925">
              <w:rPr>
                <w:b/>
                <w:sz w:val="20"/>
                <w:szCs w:val="32"/>
                <w:lang w:val="es-ES"/>
              </w:rPr>
              <w:br/>
            </w:r>
            <w:hyperlink r:id="rId6" w:history="1">
              <w:r w:rsidRPr="000014E0">
                <w:rPr>
                  <w:rStyle w:val="Hipervnculo"/>
                  <w:b/>
                  <w:sz w:val="18"/>
                  <w:szCs w:val="28"/>
                  <w:lang w:val="es-ES"/>
                </w:rPr>
                <w:t>www.spanishinvalladolid.com</w:t>
              </w:r>
            </w:hyperlink>
          </w:p>
        </w:tc>
        <w:tc>
          <w:tcPr>
            <w:tcW w:w="3969" w:type="dxa"/>
            <w:tcBorders>
              <w:top w:val="single" w:sz="5" w:space="0" w:color="9FBAD0"/>
              <w:left w:val="single" w:sz="5" w:space="0" w:color="9FBAD0"/>
              <w:bottom w:val="single" w:sz="5" w:space="0" w:color="9FBAD0"/>
              <w:right w:val="single" w:sz="5" w:space="0" w:color="9FBAD0"/>
            </w:tcBorders>
            <w:shd w:val="clear" w:color="auto" w:fill="EEF5FA"/>
            <w:tcMar>
              <w:top w:w="45" w:type="dxa"/>
              <w:left w:w="65" w:type="dxa"/>
              <w:bottom w:w="45" w:type="dxa"/>
              <w:right w:w="65" w:type="dxa"/>
            </w:tcMar>
            <w:vAlign w:val="center"/>
          </w:tcPr>
          <w:p w14:paraId="343BD98D" w14:textId="186E7148" w:rsidR="008A5E4E" w:rsidRPr="000014E0" w:rsidRDefault="005C5925">
            <w:pPr>
              <w:jc w:val="center"/>
              <w:rPr>
                <w:sz w:val="18"/>
                <w:szCs w:val="28"/>
              </w:rPr>
            </w:pPr>
            <w:r>
              <w:rPr>
                <w:noProof/>
              </w:rPr>
              <w:t xml:space="preserve">         </w:t>
            </w:r>
            <w:r>
              <w:rPr>
                <w:noProof/>
              </w:rPr>
              <w:drawing>
                <wp:inline distT="0" distB="0" distL="0" distR="0" wp14:anchorId="77CBF8BE" wp14:editId="3C0441C2">
                  <wp:extent cx="3091005" cy="477159"/>
                  <wp:effectExtent l="0" t="0" r="0" b="0"/>
                  <wp:docPr id="19585909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19745" cy="481596"/>
                          </a:xfrm>
                          <a:prstGeom prst="rect">
                            <a:avLst/>
                          </a:prstGeom>
                          <a:noFill/>
                          <a:ln>
                            <a:noFill/>
                          </a:ln>
                        </pic:spPr>
                      </pic:pic>
                    </a:graphicData>
                  </a:graphic>
                </wp:inline>
              </w:drawing>
            </w:r>
          </w:p>
        </w:tc>
        <w:tc>
          <w:tcPr>
            <w:tcW w:w="3544" w:type="dxa"/>
            <w:tcBorders>
              <w:top w:val="single" w:sz="5" w:space="0" w:color="9FBAD0"/>
              <w:left w:val="single" w:sz="5" w:space="0" w:color="9FBAD0"/>
              <w:bottom w:val="single" w:sz="5" w:space="0" w:color="9FBAD0"/>
              <w:right w:val="single" w:sz="5" w:space="0" w:color="9FBAD0"/>
            </w:tcBorders>
            <w:shd w:val="clear" w:color="auto" w:fill="EEF5FA"/>
            <w:tcMar>
              <w:top w:w="45" w:type="dxa"/>
              <w:left w:w="65" w:type="dxa"/>
              <w:bottom w:w="45" w:type="dxa"/>
              <w:right w:w="65" w:type="dxa"/>
            </w:tcMar>
            <w:vAlign w:val="center"/>
          </w:tcPr>
          <w:p w14:paraId="2AA46E02" w14:textId="77777777" w:rsidR="005C5925" w:rsidRDefault="00396BC5" w:rsidP="005C5925">
            <w:pPr>
              <w:spacing w:after="0" w:line="240" w:lineRule="auto"/>
              <w:jc w:val="center"/>
              <w:rPr>
                <w:b/>
                <w:bCs/>
                <w:sz w:val="22"/>
                <w:szCs w:val="36"/>
              </w:rPr>
            </w:pPr>
            <w:r w:rsidRPr="005C5925">
              <w:rPr>
                <w:b/>
                <w:bCs/>
                <w:sz w:val="22"/>
                <w:szCs w:val="36"/>
              </w:rPr>
              <w:t>Department of Spanish for International Students</w:t>
            </w:r>
          </w:p>
          <w:p w14:paraId="55C2BBD6" w14:textId="77777777" w:rsidR="005C5925" w:rsidRPr="005C5925" w:rsidRDefault="00396BC5" w:rsidP="005C5925">
            <w:pPr>
              <w:spacing w:after="0" w:line="240" w:lineRule="auto"/>
              <w:jc w:val="center"/>
              <w:rPr>
                <w:color w:val="1F4E79"/>
                <w:sz w:val="18"/>
                <w:szCs w:val="28"/>
                <w:lang w:val="es-ES"/>
              </w:rPr>
            </w:pPr>
            <w:r w:rsidRPr="005C5925">
              <w:rPr>
                <w:b/>
                <w:bCs/>
                <w:sz w:val="22"/>
                <w:szCs w:val="36"/>
                <w:lang w:val="es-ES"/>
              </w:rPr>
              <w:br/>
            </w:r>
            <w:r w:rsidRPr="005C5925">
              <w:rPr>
                <w:color w:val="1F4E79"/>
                <w:sz w:val="18"/>
                <w:szCs w:val="28"/>
                <w:lang w:val="es-ES"/>
              </w:rPr>
              <w:t>Paseo de Belén 13</w:t>
            </w:r>
            <w:r w:rsidR="005C5925" w:rsidRPr="005C5925">
              <w:rPr>
                <w:color w:val="1F4E79"/>
                <w:sz w:val="18"/>
                <w:szCs w:val="28"/>
                <w:lang w:val="es-ES"/>
              </w:rPr>
              <w:t xml:space="preserve">, </w:t>
            </w:r>
          </w:p>
          <w:p w14:paraId="7715B456" w14:textId="1445D32A" w:rsidR="008A5E4E" w:rsidRPr="000014E0" w:rsidRDefault="00396BC5" w:rsidP="005C5925">
            <w:pPr>
              <w:spacing w:after="0" w:line="240" w:lineRule="auto"/>
              <w:jc w:val="center"/>
              <w:rPr>
                <w:sz w:val="18"/>
                <w:szCs w:val="28"/>
                <w:lang w:val="es-ES"/>
              </w:rPr>
            </w:pPr>
            <w:r w:rsidRPr="000014E0">
              <w:rPr>
                <w:color w:val="1F4E79"/>
                <w:sz w:val="18"/>
                <w:szCs w:val="28"/>
                <w:lang w:val="es-ES"/>
              </w:rPr>
              <w:t>Campus Miguel Delibes</w:t>
            </w:r>
            <w:r w:rsidRPr="000014E0">
              <w:rPr>
                <w:color w:val="1F4E79"/>
                <w:sz w:val="18"/>
                <w:szCs w:val="28"/>
                <w:lang w:val="es-ES"/>
              </w:rPr>
              <w:br/>
              <w:t>47011 Valladolid, Spain</w:t>
            </w:r>
          </w:p>
        </w:tc>
      </w:tr>
    </w:tbl>
    <w:p w14:paraId="1E15F367" w14:textId="77777777" w:rsidR="003E6E2E" w:rsidRPr="000014E0" w:rsidRDefault="003E6E2E">
      <w:pPr>
        <w:spacing w:before="20" w:after="0" w:line="206" w:lineRule="auto"/>
        <w:jc w:val="center"/>
        <w:rPr>
          <w:b/>
          <w:color w:val="1F4E79"/>
          <w:sz w:val="22"/>
          <w:lang w:val="es-ES"/>
        </w:rPr>
      </w:pPr>
    </w:p>
    <w:p w14:paraId="1ABBADE5" w14:textId="42D95C80" w:rsidR="008A5E4E" w:rsidRPr="000014E0" w:rsidRDefault="00396BC5">
      <w:pPr>
        <w:spacing w:before="20" w:after="0" w:line="206" w:lineRule="auto"/>
        <w:jc w:val="center"/>
        <w:rPr>
          <w:sz w:val="18"/>
          <w:szCs w:val="28"/>
        </w:rPr>
      </w:pPr>
      <w:r w:rsidRPr="000014E0">
        <w:rPr>
          <w:b/>
          <w:color w:val="1F4E79"/>
          <w:sz w:val="28"/>
          <w:szCs w:val="28"/>
        </w:rPr>
        <w:t>STAFF WEEK REGISTRATION FORM</w:t>
      </w:r>
      <w:r w:rsidR="000014E0">
        <w:rPr>
          <w:b/>
          <w:color w:val="1F4E79"/>
          <w:sz w:val="28"/>
          <w:szCs w:val="28"/>
        </w:rPr>
        <w:t xml:space="preserve"> </w:t>
      </w:r>
    </w:p>
    <w:p w14:paraId="376151C8" w14:textId="77777777" w:rsidR="000014E0" w:rsidRPr="000014E0" w:rsidRDefault="000014E0" w:rsidP="0069102B">
      <w:pPr>
        <w:spacing w:after="20" w:line="206" w:lineRule="auto"/>
        <w:jc w:val="center"/>
        <w:rPr>
          <w:sz w:val="20"/>
          <w:szCs w:val="36"/>
        </w:rPr>
      </w:pPr>
    </w:p>
    <w:p w14:paraId="2D0AE0E4" w14:textId="324FB862" w:rsidR="008A5E4E" w:rsidRPr="0069102B" w:rsidRDefault="00396BC5" w:rsidP="0069102B">
      <w:pPr>
        <w:spacing w:after="20" w:line="206" w:lineRule="auto"/>
        <w:jc w:val="center"/>
        <w:rPr>
          <w:sz w:val="22"/>
          <w:szCs w:val="40"/>
        </w:rPr>
      </w:pPr>
      <w:r w:rsidRPr="0069102B">
        <w:rPr>
          <w:sz w:val="22"/>
          <w:szCs w:val="40"/>
        </w:rPr>
        <w:t>Please complete the form. Fields marked with * are required.</w:t>
      </w:r>
    </w:p>
    <w:p w14:paraId="41D42AD7" w14:textId="77777777" w:rsidR="003E6E2E" w:rsidRPr="000014E0" w:rsidRDefault="003E6E2E">
      <w:pPr>
        <w:spacing w:after="20" w:line="206" w:lineRule="auto"/>
        <w:jc w:val="center"/>
        <w:rPr>
          <w:sz w:val="20"/>
          <w:szCs w:val="32"/>
        </w:rPr>
      </w:pPr>
    </w:p>
    <w:tbl>
      <w:tblPr>
        <w:tblW w:w="10767" w:type="dxa"/>
        <w:jc w:val="center"/>
        <w:tblLayout w:type="fixed"/>
        <w:tblLook w:val="04A0" w:firstRow="1" w:lastRow="0" w:firstColumn="1" w:lastColumn="0" w:noHBand="0" w:noVBand="1"/>
      </w:tblPr>
      <w:tblGrid>
        <w:gridCol w:w="3100"/>
        <w:gridCol w:w="7667"/>
      </w:tblGrid>
      <w:tr w:rsidR="008A5E4E" w:rsidRPr="000014E0" w14:paraId="786CA06E" w14:textId="77777777" w:rsidTr="007D6C8F">
        <w:trPr>
          <w:trHeight w:hRule="exact" w:val="340"/>
          <w:jc w:val="center"/>
        </w:trPr>
        <w:tc>
          <w:tcPr>
            <w:tcW w:w="10767" w:type="dxa"/>
            <w:gridSpan w:val="2"/>
            <w:tcBorders>
              <w:top w:val="single" w:sz="5" w:space="0" w:color="1F4E79"/>
              <w:left w:val="single" w:sz="5" w:space="0" w:color="1F4E79"/>
              <w:bottom w:val="single" w:sz="5" w:space="0" w:color="1F4E79"/>
              <w:right w:val="single" w:sz="5" w:space="0" w:color="1F4E79"/>
            </w:tcBorders>
            <w:shd w:val="clear" w:color="auto" w:fill="1F4E79"/>
            <w:tcMar>
              <w:top w:w="25" w:type="dxa"/>
              <w:left w:w="70" w:type="dxa"/>
              <w:bottom w:w="25" w:type="dxa"/>
              <w:right w:w="70" w:type="dxa"/>
            </w:tcMar>
            <w:vAlign w:val="center"/>
          </w:tcPr>
          <w:p w14:paraId="1562553C" w14:textId="77777777" w:rsidR="008A5E4E" w:rsidRPr="000014E0" w:rsidRDefault="00396BC5">
            <w:pPr>
              <w:rPr>
                <w:sz w:val="22"/>
                <w:szCs w:val="36"/>
              </w:rPr>
            </w:pPr>
            <w:r w:rsidRPr="000014E0">
              <w:rPr>
                <w:b/>
                <w:color w:val="FFFFFF"/>
                <w:sz w:val="22"/>
                <w:szCs w:val="36"/>
              </w:rPr>
              <w:t>1. PERSONAL INFORMATION</w:t>
            </w:r>
          </w:p>
        </w:tc>
      </w:tr>
      <w:tr w:rsidR="008A5E4E" w:rsidRPr="000014E0" w14:paraId="499EDD3C" w14:textId="77777777" w:rsidTr="007D6C8F">
        <w:trPr>
          <w:trHeight w:hRule="exact" w:val="340"/>
          <w:jc w:val="center"/>
        </w:trPr>
        <w:tc>
          <w:tcPr>
            <w:tcW w:w="3100" w:type="dxa"/>
            <w:tcBorders>
              <w:top w:val="single" w:sz="5" w:space="0" w:color="9FBAD0"/>
              <w:left w:val="single" w:sz="5" w:space="0" w:color="9FBAD0"/>
              <w:bottom w:val="single" w:sz="5" w:space="0" w:color="9FBAD0"/>
              <w:right w:val="single" w:sz="5" w:space="0" w:color="9FBAD0"/>
            </w:tcBorders>
            <w:shd w:val="clear" w:color="auto" w:fill="D9EAF7"/>
            <w:tcMar>
              <w:top w:w="35" w:type="dxa"/>
              <w:left w:w="55" w:type="dxa"/>
              <w:bottom w:w="35" w:type="dxa"/>
              <w:right w:w="55" w:type="dxa"/>
            </w:tcMar>
            <w:vAlign w:val="center"/>
          </w:tcPr>
          <w:p w14:paraId="7A53A0A8" w14:textId="77777777" w:rsidR="008A5E4E" w:rsidRPr="000014E0" w:rsidRDefault="00396BC5">
            <w:pPr>
              <w:rPr>
                <w:sz w:val="18"/>
                <w:szCs w:val="28"/>
              </w:rPr>
            </w:pPr>
            <w:r w:rsidRPr="000014E0">
              <w:rPr>
                <w:b/>
                <w:color w:val="1F4E79"/>
                <w:sz w:val="18"/>
                <w:szCs w:val="28"/>
              </w:rPr>
              <w:t>First name *</w:t>
            </w:r>
          </w:p>
        </w:tc>
        <w:tc>
          <w:tcPr>
            <w:tcW w:w="7667" w:type="dxa"/>
            <w:tcBorders>
              <w:top w:val="single" w:sz="5" w:space="0" w:color="9FBAD0"/>
              <w:left w:val="single" w:sz="5" w:space="0" w:color="9FBAD0"/>
              <w:bottom w:val="single" w:sz="5" w:space="0" w:color="9FBAD0"/>
              <w:right w:val="single" w:sz="5" w:space="0" w:color="9FBAD0"/>
            </w:tcBorders>
            <w:tcMar>
              <w:top w:w="35" w:type="dxa"/>
              <w:left w:w="55" w:type="dxa"/>
              <w:bottom w:w="35" w:type="dxa"/>
              <w:right w:w="55" w:type="dxa"/>
            </w:tcMar>
            <w:vAlign w:val="center"/>
          </w:tcPr>
          <w:p w14:paraId="7547413E" w14:textId="77777777" w:rsidR="008A5E4E" w:rsidRPr="000014E0" w:rsidRDefault="008A5E4E">
            <w:pPr>
              <w:rPr>
                <w:sz w:val="18"/>
                <w:szCs w:val="28"/>
              </w:rPr>
            </w:pPr>
          </w:p>
        </w:tc>
      </w:tr>
      <w:tr w:rsidR="008A5E4E" w:rsidRPr="000014E0" w14:paraId="42299FE3" w14:textId="77777777" w:rsidTr="007D6C8F">
        <w:trPr>
          <w:trHeight w:hRule="exact" w:val="340"/>
          <w:jc w:val="center"/>
        </w:trPr>
        <w:tc>
          <w:tcPr>
            <w:tcW w:w="3100" w:type="dxa"/>
            <w:tcBorders>
              <w:top w:val="single" w:sz="5" w:space="0" w:color="9FBAD0"/>
              <w:left w:val="single" w:sz="5" w:space="0" w:color="9FBAD0"/>
              <w:bottom w:val="single" w:sz="5" w:space="0" w:color="9FBAD0"/>
              <w:right w:val="single" w:sz="5" w:space="0" w:color="9FBAD0"/>
            </w:tcBorders>
            <w:shd w:val="clear" w:color="auto" w:fill="D9EAF7"/>
            <w:tcMar>
              <w:top w:w="35" w:type="dxa"/>
              <w:left w:w="55" w:type="dxa"/>
              <w:bottom w:w="35" w:type="dxa"/>
              <w:right w:w="55" w:type="dxa"/>
            </w:tcMar>
            <w:vAlign w:val="center"/>
          </w:tcPr>
          <w:p w14:paraId="6E9A2E6C" w14:textId="77777777" w:rsidR="008A5E4E" w:rsidRPr="000014E0" w:rsidRDefault="00396BC5">
            <w:pPr>
              <w:rPr>
                <w:sz w:val="18"/>
                <w:szCs w:val="28"/>
              </w:rPr>
            </w:pPr>
            <w:r w:rsidRPr="000014E0">
              <w:rPr>
                <w:b/>
                <w:color w:val="1F4E79"/>
                <w:sz w:val="18"/>
                <w:szCs w:val="28"/>
              </w:rPr>
              <w:t>Last name *</w:t>
            </w:r>
          </w:p>
        </w:tc>
        <w:tc>
          <w:tcPr>
            <w:tcW w:w="7667" w:type="dxa"/>
            <w:tcBorders>
              <w:top w:val="single" w:sz="5" w:space="0" w:color="9FBAD0"/>
              <w:left w:val="single" w:sz="5" w:space="0" w:color="9FBAD0"/>
              <w:bottom w:val="single" w:sz="5" w:space="0" w:color="9FBAD0"/>
              <w:right w:val="single" w:sz="5" w:space="0" w:color="9FBAD0"/>
            </w:tcBorders>
            <w:tcMar>
              <w:top w:w="35" w:type="dxa"/>
              <w:left w:w="55" w:type="dxa"/>
              <w:bottom w:w="35" w:type="dxa"/>
              <w:right w:w="55" w:type="dxa"/>
            </w:tcMar>
            <w:vAlign w:val="center"/>
          </w:tcPr>
          <w:p w14:paraId="2BF3C718" w14:textId="77777777" w:rsidR="008A5E4E" w:rsidRPr="000014E0" w:rsidRDefault="008A5E4E">
            <w:pPr>
              <w:rPr>
                <w:sz w:val="18"/>
                <w:szCs w:val="28"/>
              </w:rPr>
            </w:pPr>
          </w:p>
        </w:tc>
      </w:tr>
      <w:tr w:rsidR="008A5E4E" w:rsidRPr="000014E0" w14:paraId="13E6971A" w14:textId="77777777" w:rsidTr="007D6C8F">
        <w:trPr>
          <w:trHeight w:hRule="exact" w:val="340"/>
          <w:jc w:val="center"/>
        </w:trPr>
        <w:tc>
          <w:tcPr>
            <w:tcW w:w="3100" w:type="dxa"/>
            <w:tcBorders>
              <w:top w:val="single" w:sz="5" w:space="0" w:color="9FBAD0"/>
              <w:left w:val="single" w:sz="5" w:space="0" w:color="9FBAD0"/>
              <w:bottom w:val="single" w:sz="5" w:space="0" w:color="9FBAD0"/>
              <w:right w:val="single" w:sz="5" w:space="0" w:color="9FBAD0"/>
            </w:tcBorders>
            <w:shd w:val="clear" w:color="auto" w:fill="D9EAF7"/>
            <w:tcMar>
              <w:top w:w="35" w:type="dxa"/>
              <w:left w:w="55" w:type="dxa"/>
              <w:bottom w:w="35" w:type="dxa"/>
              <w:right w:w="55" w:type="dxa"/>
            </w:tcMar>
            <w:vAlign w:val="center"/>
          </w:tcPr>
          <w:p w14:paraId="51E79BD5" w14:textId="77777777" w:rsidR="008A5E4E" w:rsidRPr="000014E0" w:rsidRDefault="00396BC5">
            <w:pPr>
              <w:rPr>
                <w:sz w:val="18"/>
                <w:szCs w:val="28"/>
              </w:rPr>
            </w:pPr>
            <w:r w:rsidRPr="000014E0">
              <w:rPr>
                <w:b/>
                <w:color w:val="1F4E79"/>
                <w:sz w:val="18"/>
                <w:szCs w:val="28"/>
              </w:rPr>
              <w:t>Nationality *</w:t>
            </w:r>
          </w:p>
        </w:tc>
        <w:tc>
          <w:tcPr>
            <w:tcW w:w="7667" w:type="dxa"/>
            <w:tcBorders>
              <w:top w:val="single" w:sz="5" w:space="0" w:color="9FBAD0"/>
              <w:left w:val="single" w:sz="5" w:space="0" w:color="9FBAD0"/>
              <w:bottom w:val="single" w:sz="5" w:space="0" w:color="9FBAD0"/>
              <w:right w:val="single" w:sz="5" w:space="0" w:color="9FBAD0"/>
            </w:tcBorders>
            <w:tcMar>
              <w:top w:w="35" w:type="dxa"/>
              <w:left w:w="55" w:type="dxa"/>
              <w:bottom w:w="35" w:type="dxa"/>
              <w:right w:w="55" w:type="dxa"/>
            </w:tcMar>
            <w:vAlign w:val="center"/>
          </w:tcPr>
          <w:p w14:paraId="3D522873" w14:textId="77777777" w:rsidR="008A5E4E" w:rsidRPr="000014E0" w:rsidRDefault="008A5E4E">
            <w:pPr>
              <w:rPr>
                <w:sz w:val="18"/>
                <w:szCs w:val="28"/>
              </w:rPr>
            </w:pPr>
          </w:p>
        </w:tc>
      </w:tr>
      <w:tr w:rsidR="008A5E4E" w:rsidRPr="000014E0" w14:paraId="171C7E0C" w14:textId="77777777" w:rsidTr="007D6C8F">
        <w:trPr>
          <w:trHeight w:hRule="exact" w:val="340"/>
          <w:jc w:val="center"/>
        </w:trPr>
        <w:tc>
          <w:tcPr>
            <w:tcW w:w="3100" w:type="dxa"/>
            <w:tcBorders>
              <w:top w:val="single" w:sz="5" w:space="0" w:color="9FBAD0"/>
              <w:left w:val="single" w:sz="5" w:space="0" w:color="9FBAD0"/>
              <w:bottom w:val="single" w:sz="5" w:space="0" w:color="9FBAD0"/>
              <w:right w:val="single" w:sz="5" w:space="0" w:color="9FBAD0"/>
            </w:tcBorders>
            <w:shd w:val="clear" w:color="auto" w:fill="D9EAF7"/>
            <w:tcMar>
              <w:top w:w="35" w:type="dxa"/>
              <w:left w:w="55" w:type="dxa"/>
              <w:bottom w:w="35" w:type="dxa"/>
              <w:right w:w="55" w:type="dxa"/>
            </w:tcMar>
            <w:vAlign w:val="center"/>
          </w:tcPr>
          <w:p w14:paraId="103F7353" w14:textId="77777777" w:rsidR="008A5E4E" w:rsidRPr="000014E0" w:rsidRDefault="00396BC5">
            <w:pPr>
              <w:rPr>
                <w:sz w:val="18"/>
                <w:szCs w:val="28"/>
              </w:rPr>
            </w:pPr>
            <w:r w:rsidRPr="000014E0">
              <w:rPr>
                <w:b/>
                <w:color w:val="1F4E79"/>
                <w:sz w:val="18"/>
                <w:szCs w:val="28"/>
              </w:rPr>
              <w:t>Passport number / ID *</w:t>
            </w:r>
          </w:p>
        </w:tc>
        <w:tc>
          <w:tcPr>
            <w:tcW w:w="7667" w:type="dxa"/>
            <w:tcBorders>
              <w:top w:val="single" w:sz="5" w:space="0" w:color="9FBAD0"/>
              <w:left w:val="single" w:sz="5" w:space="0" w:color="9FBAD0"/>
              <w:bottom w:val="single" w:sz="5" w:space="0" w:color="9FBAD0"/>
              <w:right w:val="single" w:sz="5" w:space="0" w:color="9FBAD0"/>
            </w:tcBorders>
            <w:tcMar>
              <w:top w:w="35" w:type="dxa"/>
              <w:left w:w="55" w:type="dxa"/>
              <w:bottom w:w="35" w:type="dxa"/>
              <w:right w:w="55" w:type="dxa"/>
            </w:tcMar>
            <w:vAlign w:val="center"/>
          </w:tcPr>
          <w:p w14:paraId="6D37F770" w14:textId="77777777" w:rsidR="008A5E4E" w:rsidRPr="000014E0" w:rsidRDefault="008A5E4E">
            <w:pPr>
              <w:rPr>
                <w:sz w:val="18"/>
                <w:szCs w:val="28"/>
              </w:rPr>
            </w:pPr>
          </w:p>
        </w:tc>
      </w:tr>
      <w:tr w:rsidR="008A5E4E" w:rsidRPr="000014E0" w14:paraId="62B7E920" w14:textId="77777777" w:rsidTr="007D6C8F">
        <w:trPr>
          <w:trHeight w:hRule="exact" w:val="340"/>
          <w:jc w:val="center"/>
        </w:trPr>
        <w:tc>
          <w:tcPr>
            <w:tcW w:w="3100" w:type="dxa"/>
            <w:tcBorders>
              <w:top w:val="single" w:sz="5" w:space="0" w:color="9FBAD0"/>
              <w:left w:val="single" w:sz="5" w:space="0" w:color="9FBAD0"/>
              <w:bottom w:val="single" w:sz="5" w:space="0" w:color="9FBAD0"/>
              <w:right w:val="single" w:sz="5" w:space="0" w:color="9FBAD0"/>
            </w:tcBorders>
            <w:shd w:val="clear" w:color="auto" w:fill="D9EAF7"/>
            <w:tcMar>
              <w:top w:w="35" w:type="dxa"/>
              <w:left w:w="55" w:type="dxa"/>
              <w:bottom w:w="35" w:type="dxa"/>
              <w:right w:w="55" w:type="dxa"/>
            </w:tcMar>
            <w:vAlign w:val="center"/>
          </w:tcPr>
          <w:p w14:paraId="3B1C5DAA" w14:textId="77777777" w:rsidR="008A5E4E" w:rsidRPr="000014E0" w:rsidRDefault="00396BC5">
            <w:pPr>
              <w:rPr>
                <w:sz w:val="18"/>
                <w:szCs w:val="28"/>
              </w:rPr>
            </w:pPr>
            <w:r w:rsidRPr="000014E0">
              <w:rPr>
                <w:b/>
                <w:color w:val="1F4E79"/>
                <w:sz w:val="18"/>
                <w:szCs w:val="28"/>
              </w:rPr>
              <w:t>Home address *</w:t>
            </w:r>
          </w:p>
        </w:tc>
        <w:tc>
          <w:tcPr>
            <w:tcW w:w="7667" w:type="dxa"/>
            <w:tcBorders>
              <w:top w:val="single" w:sz="5" w:space="0" w:color="9FBAD0"/>
              <w:left w:val="single" w:sz="5" w:space="0" w:color="9FBAD0"/>
              <w:bottom w:val="single" w:sz="5" w:space="0" w:color="9FBAD0"/>
              <w:right w:val="single" w:sz="5" w:space="0" w:color="9FBAD0"/>
            </w:tcBorders>
            <w:tcMar>
              <w:top w:w="35" w:type="dxa"/>
              <w:left w:w="55" w:type="dxa"/>
              <w:bottom w:w="35" w:type="dxa"/>
              <w:right w:w="55" w:type="dxa"/>
            </w:tcMar>
            <w:vAlign w:val="center"/>
          </w:tcPr>
          <w:p w14:paraId="4A420B4A" w14:textId="77777777" w:rsidR="008A5E4E" w:rsidRPr="000014E0" w:rsidRDefault="008A5E4E">
            <w:pPr>
              <w:rPr>
                <w:sz w:val="18"/>
                <w:szCs w:val="28"/>
              </w:rPr>
            </w:pPr>
          </w:p>
        </w:tc>
      </w:tr>
      <w:tr w:rsidR="008A5E4E" w:rsidRPr="000014E0" w14:paraId="164CE05F" w14:textId="77777777" w:rsidTr="007D6C8F">
        <w:trPr>
          <w:trHeight w:hRule="exact" w:val="340"/>
          <w:jc w:val="center"/>
        </w:trPr>
        <w:tc>
          <w:tcPr>
            <w:tcW w:w="3100" w:type="dxa"/>
            <w:tcBorders>
              <w:top w:val="single" w:sz="5" w:space="0" w:color="9FBAD0"/>
              <w:left w:val="single" w:sz="5" w:space="0" w:color="9FBAD0"/>
              <w:bottom w:val="single" w:sz="5" w:space="0" w:color="9FBAD0"/>
              <w:right w:val="single" w:sz="5" w:space="0" w:color="9FBAD0"/>
            </w:tcBorders>
            <w:shd w:val="clear" w:color="auto" w:fill="D9EAF7"/>
            <w:tcMar>
              <w:top w:w="35" w:type="dxa"/>
              <w:left w:w="55" w:type="dxa"/>
              <w:bottom w:w="35" w:type="dxa"/>
              <w:right w:w="55" w:type="dxa"/>
            </w:tcMar>
            <w:vAlign w:val="center"/>
          </w:tcPr>
          <w:p w14:paraId="44776942" w14:textId="77777777" w:rsidR="008A5E4E" w:rsidRPr="000014E0" w:rsidRDefault="00396BC5">
            <w:pPr>
              <w:rPr>
                <w:sz w:val="18"/>
                <w:szCs w:val="28"/>
              </w:rPr>
            </w:pPr>
            <w:r w:rsidRPr="000014E0">
              <w:rPr>
                <w:b/>
                <w:color w:val="1F4E79"/>
                <w:sz w:val="18"/>
                <w:szCs w:val="28"/>
              </w:rPr>
              <w:t>Postcode / City / Country *</w:t>
            </w:r>
          </w:p>
        </w:tc>
        <w:tc>
          <w:tcPr>
            <w:tcW w:w="7667" w:type="dxa"/>
            <w:tcBorders>
              <w:top w:val="single" w:sz="5" w:space="0" w:color="9FBAD0"/>
              <w:left w:val="single" w:sz="5" w:space="0" w:color="9FBAD0"/>
              <w:bottom w:val="single" w:sz="5" w:space="0" w:color="9FBAD0"/>
              <w:right w:val="single" w:sz="5" w:space="0" w:color="9FBAD0"/>
            </w:tcBorders>
            <w:tcMar>
              <w:top w:w="35" w:type="dxa"/>
              <w:left w:w="55" w:type="dxa"/>
              <w:bottom w:w="35" w:type="dxa"/>
              <w:right w:w="55" w:type="dxa"/>
            </w:tcMar>
            <w:vAlign w:val="center"/>
          </w:tcPr>
          <w:p w14:paraId="340DF3C0" w14:textId="77777777" w:rsidR="008A5E4E" w:rsidRPr="000014E0" w:rsidRDefault="008A5E4E">
            <w:pPr>
              <w:rPr>
                <w:sz w:val="18"/>
                <w:szCs w:val="28"/>
              </w:rPr>
            </w:pPr>
          </w:p>
        </w:tc>
      </w:tr>
      <w:tr w:rsidR="008A5E4E" w:rsidRPr="000014E0" w14:paraId="6A8AB3B8" w14:textId="77777777" w:rsidTr="007D6C8F">
        <w:trPr>
          <w:trHeight w:hRule="exact" w:val="340"/>
          <w:jc w:val="center"/>
        </w:trPr>
        <w:tc>
          <w:tcPr>
            <w:tcW w:w="3100" w:type="dxa"/>
            <w:tcBorders>
              <w:top w:val="single" w:sz="5" w:space="0" w:color="9FBAD0"/>
              <w:left w:val="single" w:sz="5" w:space="0" w:color="9FBAD0"/>
              <w:bottom w:val="single" w:sz="5" w:space="0" w:color="9FBAD0"/>
              <w:right w:val="single" w:sz="5" w:space="0" w:color="9FBAD0"/>
            </w:tcBorders>
            <w:shd w:val="clear" w:color="auto" w:fill="D9EAF7"/>
            <w:tcMar>
              <w:top w:w="35" w:type="dxa"/>
              <w:left w:w="55" w:type="dxa"/>
              <w:bottom w:w="35" w:type="dxa"/>
              <w:right w:w="55" w:type="dxa"/>
            </w:tcMar>
            <w:vAlign w:val="center"/>
          </w:tcPr>
          <w:p w14:paraId="1E486B44" w14:textId="77777777" w:rsidR="008A5E4E" w:rsidRPr="000014E0" w:rsidRDefault="00396BC5">
            <w:pPr>
              <w:rPr>
                <w:sz w:val="18"/>
                <w:szCs w:val="28"/>
              </w:rPr>
            </w:pPr>
            <w:r w:rsidRPr="000014E0">
              <w:rPr>
                <w:b/>
                <w:color w:val="1F4E79"/>
                <w:sz w:val="18"/>
                <w:szCs w:val="28"/>
              </w:rPr>
              <w:t>Mobile / Contact telephone *</w:t>
            </w:r>
          </w:p>
        </w:tc>
        <w:tc>
          <w:tcPr>
            <w:tcW w:w="7667" w:type="dxa"/>
            <w:tcBorders>
              <w:top w:val="single" w:sz="5" w:space="0" w:color="9FBAD0"/>
              <w:left w:val="single" w:sz="5" w:space="0" w:color="9FBAD0"/>
              <w:bottom w:val="single" w:sz="5" w:space="0" w:color="9FBAD0"/>
              <w:right w:val="single" w:sz="5" w:space="0" w:color="9FBAD0"/>
            </w:tcBorders>
            <w:tcMar>
              <w:top w:w="35" w:type="dxa"/>
              <w:left w:w="55" w:type="dxa"/>
              <w:bottom w:w="35" w:type="dxa"/>
              <w:right w:w="55" w:type="dxa"/>
            </w:tcMar>
            <w:vAlign w:val="center"/>
          </w:tcPr>
          <w:p w14:paraId="5B47BF82" w14:textId="77777777" w:rsidR="008A5E4E" w:rsidRPr="000014E0" w:rsidRDefault="008A5E4E">
            <w:pPr>
              <w:rPr>
                <w:sz w:val="18"/>
                <w:szCs w:val="28"/>
              </w:rPr>
            </w:pPr>
          </w:p>
        </w:tc>
      </w:tr>
      <w:tr w:rsidR="008A5E4E" w:rsidRPr="000014E0" w14:paraId="0D68F02D" w14:textId="77777777" w:rsidTr="007D6C8F">
        <w:trPr>
          <w:trHeight w:hRule="exact" w:val="535"/>
          <w:jc w:val="center"/>
        </w:trPr>
        <w:tc>
          <w:tcPr>
            <w:tcW w:w="3100" w:type="dxa"/>
            <w:tcBorders>
              <w:top w:val="single" w:sz="5" w:space="0" w:color="9FBAD0"/>
              <w:left w:val="single" w:sz="5" w:space="0" w:color="9FBAD0"/>
              <w:bottom w:val="single" w:sz="5" w:space="0" w:color="9FBAD0"/>
              <w:right w:val="single" w:sz="5" w:space="0" w:color="9FBAD0"/>
            </w:tcBorders>
            <w:shd w:val="clear" w:color="auto" w:fill="D9EAF7"/>
            <w:tcMar>
              <w:top w:w="35" w:type="dxa"/>
              <w:left w:w="55" w:type="dxa"/>
              <w:bottom w:w="35" w:type="dxa"/>
              <w:right w:w="55" w:type="dxa"/>
            </w:tcMar>
            <w:vAlign w:val="center"/>
          </w:tcPr>
          <w:p w14:paraId="661D7D59" w14:textId="77777777" w:rsidR="008A5E4E" w:rsidRPr="000014E0" w:rsidRDefault="00396BC5">
            <w:pPr>
              <w:rPr>
                <w:sz w:val="18"/>
                <w:szCs w:val="28"/>
              </w:rPr>
            </w:pPr>
            <w:r w:rsidRPr="000014E0">
              <w:rPr>
                <w:b/>
                <w:color w:val="1F4E79"/>
                <w:sz w:val="18"/>
                <w:szCs w:val="28"/>
              </w:rPr>
              <w:t>Email address *</w:t>
            </w:r>
          </w:p>
        </w:tc>
        <w:tc>
          <w:tcPr>
            <w:tcW w:w="7667" w:type="dxa"/>
            <w:tcBorders>
              <w:top w:val="single" w:sz="5" w:space="0" w:color="9FBAD0"/>
              <w:left w:val="single" w:sz="5" w:space="0" w:color="9FBAD0"/>
              <w:bottom w:val="single" w:sz="5" w:space="0" w:color="9FBAD0"/>
              <w:right w:val="single" w:sz="5" w:space="0" w:color="9FBAD0"/>
            </w:tcBorders>
            <w:tcMar>
              <w:top w:w="35" w:type="dxa"/>
              <w:left w:w="55" w:type="dxa"/>
              <w:bottom w:w="35" w:type="dxa"/>
              <w:right w:w="55" w:type="dxa"/>
            </w:tcMar>
            <w:vAlign w:val="center"/>
          </w:tcPr>
          <w:p w14:paraId="145EA191" w14:textId="77777777" w:rsidR="008A5E4E" w:rsidRPr="000014E0" w:rsidRDefault="008A5E4E">
            <w:pPr>
              <w:rPr>
                <w:sz w:val="18"/>
                <w:szCs w:val="28"/>
              </w:rPr>
            </w:pPr>
          </w:p>
        </w:tc>
      </w:tr>
      <w:tr w:rsidR="008A5E4E" w:rsidRPr="000014E0" w14:paraId="6457B02B" w14:textId="77777777" w:rsidTr="007D6C8F">
        <w:trPr>
          <w:trHeight w:hRule="exact" w:val="340"/>
          <w:jc w:val="center"/>
        </w:trPr>
        <w:tc>
          <w:tcPr>
            <w:tcW w:w="10767" w:type="dxa"/>
            <w:gridSpan w:val="2"/>
            <w:tcBorders>
              <w:top w:val="single" w:sz="5" w:space="0" w:color="1F4E79"/>
              <w:left w:val="single" w:sz="5" w:space="0" w:color="1F4E79"/>
              <w:bottom w:val="single" w:sz="5" w:space="0" w:color="1F4E79"/>
              <w:right w:val="single" w:sz="5" w:space="0" w:color="1F4E79"/>
            </w:tcBorders>
            <w:shd w:val="clear" w:color="auto" w:fill="1F4E79"/>
            <w:tcMar>
              <w:top w:w="25" w:type="dxa"/>
              <w:left w:w="70" w:type="dxa"/>
              <w:bottom w:w="25" w:type="dxa"/>
              <w:right w:w="70" w:type="dxa"/>
            </w:tcMar>
            <w:vAlign w:val="center"/>
          </w:tcPr>
          <w:p w14:paraId="0DD2A02E" w14:textId="77777777" w:rsidR="008A5E4E" w:rsidRPr="000014E0" w:rsidRDefault="00396BC5">
            <w:pPr>
              <w:rPr>
                <w:sz w:val="18"/>
                <w:szCs w:val="28"/>
              </w:rPr>
            </w:pPr>
            <w:r w:rsidRPr="000014E0">
              <w:rPr>
                <w:b/>
                <w:color w:val="FFFFFF"/>
                <w:sz w:val="22"/>
                <w:szCs w:val="36"/>
              </w:rPr>
              <w:t>2. PROFESSIONAL INFORMATION</w:t>
            </w:r>
          </w:p>
        </w:tc>
      </w:tr>
      <w:tr w:rsidR="008A5E4E" w:rsidRPr="000014E0" w14:paraId="0273CED9" w14:textId="77777777" w:rsidTr="007D6C8F">
        <w:trPr>
          <w:trHeight w:hRule="exact" w:val="340"/>
          <w:jc w:val="center"/>
        </w:trPr>
        <w:tc>
          <w:tcPr>
            <w:tcW w:w="3100" w:type="dxa"/>
            <w:tcBorders>
              <w:top w:val="single" w:sz="5" w:space="0" w:color="9FBAD0"/>
              <w:left w:val="single" w:sz="5" w:space="0" w:color="9FBAD0"/>
              <w:bottom w:val="single" w:sz="5" w:space="0" w:color="9FBAD0"/>
              <w:right w:val="single" w:sz="5" w:space="0" w:color="9FBAD0"/>
            </w:tcBorders>
            <w:shd w:val="clear" w:color="auto" w:fill="D9EAF7"/>
            <w:tcMar>
              <w:top w:w="35" w:type="dxa"/>
              <w:left w:w="55" w:type="dxa"/>
              <w:bottom w:w="35" w:type="dxa"/>
              <w:right w:w="55" w:type="dxa"/>
            </w:tcMar>
            <w:vAlign w:val="center"/>
          </w:tcPr>
          <w:p w14:paraId="130E48F3" w14:textId="77777777" w:rsidR="008A5E4E" w:rsidRPr="000014E0" w:rsidRDefault="00396BC5">
            <w:pPr>
              <w:rPr>
                <w:sz w:val="18"/>
                <w:szCs w:val="28"/>
              </w:rPr>
            </w:pPr>
            <w:r w:rsidRPr="000014E0">
              <w:rPr>
                <w:b/>
                <w:color w:val="1F4E79"/>
                <w:sz w:val="18"/>
                <w:szCs w:val="28"/>
              </w:rPr>
              <w:t>Home University / Institution *</w:t>
            </w:r>
          </w:p>
        </w:tc>
        <w:tc>
          <w:tcPr>
            <w:tcW w:w="7667" w:type="dxa"/>
            <w:tcBorders>
              <w:top w:val="single" w:sz="5" w:space="0" w:color="9FBAD0"/>
              <w:left w:val="single" w:sz="5" w:space="0" w:color="9FBAD0"/>
              <w:bottom w:val="single" w:sz="5" w:space="0" w:color="9FBAD0"/>
              <w:right w:val="single" w:sz="5" w:space="0" w:color="9FBAD0"/>
            </w:tcBorders>
            <w:tcMar>
              <w:top w:w="35" w:type="dxa"/>
              <w:left w:w="55" w:type="dxa"/>
              <w:bottom w:w="35" w:type="dxa"/>
              <w:right w:w="55" w:type="dxa"/>
            </w:tcMar>
            <w:vAlign w:val="center"/>
          </w:tcPr>
          <w:p w14:paraId="26115843" w14:textId="77777777" w:rsidR="008A5E4E" w:rsidRPr="000014E0" w:rsidRDefault="008A5E4E">
            <w:pPr>
              <w:rPr>
                <w:sz w:val="18"/>
                <w:szCs w:val="28"/>
              </w:rPr>
            </w:pPr>
          </w:p>
        </w:tc>
      </w:tr>
      <w:tr w:rsidR="008A5E4E" w:rsidRPr="000014E0" w14:paraId="3D4ECB69" w14:textId="77777777" w:rsidTr="007D6C8F">
        <w:trPr>
          <w:trHeight w:hRule="exact" w:val="340"/>
          <w:jc w:val="center"/>
        </w:trPr>
        <w:tc>
          <w:tcPr>
            <w:tcW w:w="3100" w:type="dxa"/>
            <w:tcBorders>
              <w:top w:val="single" w:sz="5" w:space="0" w:color="9FBAD0"/>
              <w:left w:val="single" w:sz="5" w:space="0" w:color="9FBAD0"/>
              <w:bottom w:val="single" w:sz="5" w:space="0" w:color="9FBAD0"/>
              <w:right w:val="single" w:sz="5" w:space="0" w:color="9FBAD0"/>
            </w:tcBorders>
            <w:shd w:val="clear" w:color="auto" w:fill="D9EAF7"/>
            <w:tcMar>
              <w:top w:w="35" w:type="dxa"/>
              <w:left w:w="55" w:type="dxa"/>
              <w:bottom w:w="35" w:type="dxa"/>
              <w:right w:w="55" w:type="dxa"/>
            </w:tcMar>
            <w:vAlign w:val="center"/>
          </w:tcPr>
          <w:p w14:paraId="2FD2F967" w14:textId="77777777" w:rsidR="008A5E4E" w:rsidRPr="000014E0" w:rsidRDefault="00396BC5">
            <w:pPr>
              <w:rPr>
                <w:sz w:val="18"/>
                <w:szCs w:val="28"/>
              </w:rPr>
            </w:pPr>
            <w:r w:rsidRPr="000014E0">
              <w:rPr>
                <w:b/>
                <w:color w:val="1F4E79"/>
                <w:sz w:val="18"/>
                <w:szCs w:val="28"/>
              </w:rPr>
              <w:t>Department</w:t>
            </w:r>
            <w:r w:rsidRPr="007D6C8F">
              <w:rPr>
                <w:b/>
                <w:color w:val="1F4E79"/>
                <w:sz w:val="18"/>
                <w:szCs w:val="28"/>
              </w:rPr>
              <w:t xml:space="preserve"> / Wor</w:t>
            </w:r>
            <w:r w:rsidRPr="000014E0">
              <w:rPr>
                <w:b/>
                <w:color w:val="1F4E79"/>
                <w:sz w:val="18"/>
                <w:szCs w:val="28"/>
              </w:rPr>
              <w:t>k area *</w:t>
            </w:r>
          </w:p>
        </w:tc>
        <w:tc>
          <w:tcPr>
            <w:tcW w:w="7667" w:type="dxa"/>
            <w:tcBorders>
              <w:top w:val="single" w:sz="5" w:space="0" w:color="9FBAD0"/>
              <w:left w:val="single" w:sz="5" w:space="0" w:color="9FBAD0"/>
              <w:bottom w:val="single" w:sz="5" w:space="0" w:color="9FBAD0"/>
              <w:right w:val="single" w:sz="5" w:space="0" w:color="9FBAD0"/>
            </w:tcBorders>
            <w:tcMar>
              <w:top w:w="35" w:type="dxa"/>
              <w:left w:w="55" w:type="dxa"/>
              <w:bottom w:w="35" w:type="dxa"/>
              <w:right w:w="55" w:type="dxa"/>
            </w:tcMar>
            <w:vAlign w:val="center"/>
          </w:tcPr>
          <w:p w14:paraId="4BB6C274" w14:textId="77777777" w:rsidR="008A5E4E" w:rsidRPr="000014E0" w:rsidRDefault="008A5E4E">
            <w:pPr>
              <w:rPr>
                <w:sz w:val="18"/>
                <w:szCs w:val="28"/>
              </w:rPr>
            </w:pPr>
          </w:p>
        </w:tc>
      </w:tr>
      <w:tr w:rsidR="008A5E4E" w:rsidRPr="000014E0" w14:paraId="78057B7E" w14:textId="77777777" w:rsidTr="007D6C8F">
        <w:trPr>
          <w:trHeight w:hRule="exact" w:val="340"/>
          <w:jc w:val="center"/>
        </w:trPr>
        <w:tc>
          <w:tcPr>
            <w:tcW w:w="3100" w:type="dxa"/>
            <w:tcBorders>
              <w:top w:val="single" w:sz="5" w:space="0" w:color="9FBAD0"/>
              <w:left w:val="single" w:sz="5" w:space="0" w:color="9FBAD0"/>
              <w:bottom w:val="single" w:sz="5" w:space="0" w:color="9FBAD0"/>
              <w:right w:val="single" w:sz="5" w:space="0" w:color="9FBAD0"/>
            </w:tcBorders>
            <w:shd w:val="clear" w:color="auto" w:fill="D9EAF7"/>
            <w:tcMar>
              <w:top w:w="35" w:type="dxa"/>
              <w:left w:w="55" w:type="dxa"/>
              <w:bottom w:w="35" w:type="dxa"/>
              <w:right w:w="55" w:type="dxa"/>
            </w:tcMar>
            <w:vAlign w:val="center"/>
          </w:tcPr>
          <w:p w14:paraId="12DE4ADF" w14:textId="77777777" w:rsidR="008A5E4E" w:rsidRPr="000014E0" w:rsidRDefault="00396BC5">
            <w:pPr>
              <w:rPr>
                <w:sz w:val="18"/>
                <w:szCs w:val="28"/>
              </w:rPr>
            </w:pPr>
            <w:r w:rsidRPr="000014E0">
              <w:rPr>
                <w:b/>
                <w:color w:val="1F4E79"/>
                <w:sz w:val="18"/>
                <w:szCs w:val="28"/>
              </w:rPr>
              <w:t>Position / Job title *</w:t>
            </w:r>
          </w:p>
        </w:tc>
        <w:tc>
          <w:tcPr>
            <w:tcW w:w="7667" w:type="dxa"/>
            <w:tcBorders>
              <w:top w:val="single" w:sz="5" w:space="0" w:color="9FBAD0"/>
              <w:left w:val="single" w:sz="5" w:space="0" w:color="9FBAD0"/>
              <w:bottom w:val="single" w:sz="5" w:space="0" w:color="9FBAD0"/>
              <w:right w:val="single" w:sz="5" w:space="0" w:color="9FBAD0"/>
            </w:tcBorders>
            <w:tcMar>
              <w:top w:w="35" w:type="dxa"/>
              <w:left w:w="55" w:type="dxa"/>
              <w:bottom w:w="35" w:type="dxa"/>
              <w:right w:w="55" w:type="dxa"/>
            </w:tcMar>
            <w:vAlign w:val="center"/>
          </w:tcPr>
          <w:p w14:paraId="74EB0AAD" w14:textId="77777777" w:rsidR="008A5E4E" w:rsidRPr="000014E0" w:rsidRDefault="008A5E4E">
            <w:pPr>
              <w:rPr>
                <w:sz w:val="18"/>
                <w:szCs w:val="28"/>
              </w:rPr>
            </w:pPr>
          </w:p>
        </w:tc>
      </w:tr>
      <w:tr w:rsidR="008A5E4E" w:rsidRPr="000014E0" w14:paraId="09841D96" w14:textId="77777777" w:rsidTr="007D6C8F">
        <w:trPr>
          <w:trHeight w:hRule="exact" w:val="340"/>
          <w:jc w:val="center"/>
        </w:trPr>
        <w:tc>
          <w:tcPr>
            <w:tcW w:w="3100" w:type="dxa"/>
            <w:tcBorders>
              <w:top w:val="single" w:sz="5" w:space="0" w:color="9FBAD0"/>
              <w:left w:val="single" w:sz="5" w:space="0" w:color="9FBAD0"/>
              <w:bottom w:val="single" w:sz="5" w:space="0" w:color="9FBAD0"/>
              <w:right w:val="single" w:sz="5" w:space="0" w:color="9FBAD0"/>
            </w:tcBorders>
            <w:shd w:val="clear" w:color="auto" w:fill="D9EAF7"/>
            <w:tcMar>
              <w:top w:w="35" w:type="dxa"/>
              <w:left w:w="55" w:type="dxa"/>
              <w:bottom w:w="35" w:type="dxa"/>
              <w:right w:w="55" w:type="dxa"/>
            </w:tcMar>
            <w:vAlign w:val="center"/>
          </w:tcPr>
          <w:p w14:paraId="055F794D" w14:textId="77777777" w:rsidR="008A5E4E" w:rsidRPr="000014E0" w:rsidRDefault="00396BC5">
            <w:pPr>
              <w:rPr>
                <w:sz w:val="18"/>
                <w:szCs w:val="28"/>
              </w:rPr>
            </w:pPr>
            <w:r w:rsidRPr="000014E0">
              <w:rPr>
                <w:b/>
                <w:color w:val="1F4E79"/>
                <w:sz w:val="18"/>
                <w:szCs w:val="28"/>
              </w:rPr>
              <w:t>Home University Erasmus code *</w:t>
            </w:r>
          </w:p>
        </w:tc>
        <w:tc>
          <w:tcPr>
            <w:tcW w:w="7667" w:type="dxa"/>
            <w:tcBorders>
              <w:top w:val="single" w:sz="5" w:space="0" w:color="9FBAD0"/>
              <w:left w:val="single" w:sz="5" w:space="0" w:color="9FBAD0"/>
              <w:bottom w:val="single" w:sz="5" w:space="0" w:color="9FBAD0"/>
              <w:right w:val="single" w:sz="5" w:space="0" w:color="9FBAD0"/>
            </w:tcBorders>
            <w:tcMar>
              <w:top w:w="35" w:type="dxa"/>
              <w:left w:w="55" w:type="dxa"/>
              <w:bottom w:w="35" w:type="dxa"/>
              <w:right w:w="55" w:type="dxa"/>
            </w:tcMar>
            <w:vAlign w:val="center"/>
          </w:tcPr>
          <w:p w14:paraId="3ABD416F" w14:textId="77777777" w:rsidR="008A5E4E" w:rsidRPr="000014E0" w:rsidRDefault="008A5E4E">
            <w:pPr>
              <w:rPr>
                <w:sz w:val="18"/>
                <w:szCs w:val="28"/>
              </w:rPr>
            </w:pPr>
          </w:p>
        </w:tc>
      </w:tr>
      <w:tr w:rsidR="008A5E4E" w:rsidRPr="000014E0" w14:paraId="319F0563" w14:textId="77777777" w:rsidTr="007D6C8F">
        <w:trPr>
          <w:trHeight w:hRule="exact" w:val="1134"/>
          <w:jc w:val="center"/>
        </w:trPr>
        <w:tc>
          <w:tcPr>
            <w:tcW w:w="3100" w:type="dxa"/>
            <w:tcBorders>
              <w:top w:val="single" w:sz="5" w:space="0" w:color="9FBAD0"/>
              <w:left w:val="single" w:sz="5" w:space="0" w:color="9FBAD0"/>
              <w:bottom w:val="single" w:sz="5" w:space="0" w:color="9FBAD0"/>
              <w:right w:val="single" w:sz="5" w:space="0" w:color="9FBAD0"/>
            </w:tcBorders>
            <w:shd w:val="clear" w:color="auto" w:fill="D9EAF7"/>
            <w:tcMar>
              <w:top w:w="35" w:type="dxa"/>
              <w:left w:w="55" w:type="dxa"/>
              <w:bottom w:w="35" w:type="dxa"/>
              <w:right w:w="55" w:type="dxa"/>
            </w:tcMar>
            <w:vAlign w:val="center"/>
          </w:tcPr>
          <w:p w14:paraId="2C6FCA4D" w14:textId="77777777" w:rsidR="008A5E4E" w:rsidRPr="000014E0" w:rsidRDefault="00396BC5">
            <w:pPr>
              <w:rPr>
                <w:sz w:val="18"/>
                <w:szCs w:val="28"/>
              </w:rPr>
            </w:pPr>
            <w:r w:rsidRPr="000014E0">
              <w:rPr>
                <w:b/>
                <w:color w:val="1F4E79"/>
                <w:sz w:val="18"/>
                <w:szCs w:val="28"/>
              </w:rPr>
              <w:t>Main responsibilities, fields of interest or research</w:t>
            </w:r>
          </w:p>
        </w:tc>
        <w:tc>
          <w:tcPr>
            <w:tcW w:w="7667" w:type="dxa"/>
            <w:tcBorders>
              <w:top w:val="single" w:sz="5" w:space="0" w:color="9FBAD0"/>
              <w:left w:val="single" w:sz="5" w:space="0" w:color="9FBAD0"/>
              <w:bottom w:val="single" w:sz="5" w:space="0" w:color="9FBAD0"/>
              <w:right w:val="single" w:sz="5" w:space="0" w:color="9FBAD0"/>
            </w:tcBorders>
            <w:tcMar>
              <w:top w:w="35" w:type="dxa"/>
              <w:left w:w="55" w:type="dxa"/>
              <w:bottom w:w="35" w:type="dxa"/>
              <w:right w:w="55" w:type="dxa"/>
            </w:tcMar>
            <w:vAlign w:val="center"/>
          </w:tcPr>
          <w:p w14:paraId="374347F5" w14:textId="77777777" w:rsidR="008A5E4E" w:rsidRDefault="008A5E4E">
            <w:pPr>
              <w:rPr>
                <w:sz w:val="18"/>
                <w:szCs w:val="28"/>
              </w:rPr>
            </w:pPr>
          </w:p>
          <w:p w14:paraId="60227B42" w14:textId="77777777" w:rsidR="000014E0" w:rsidRDefault="000014E0">
            <w:pPr>
              <w:rPr>
                <w:sz w:val="18"/>
                <w:szCs w:val="28"/>
              </w:rPr>
            </w:pPr>
          </w:p>
          <w:p w14:paraId="57B0B866" w14:textId="77777777" w:rsidR="000014E0" w:rsidRPr="000014E0" w:rsidRDefault="000014E0">
            <w:pPr>
              <w:rPr>
                <w:sz w:val="18"/>
                <w:szCs w:val="28"/>
              </w:rPr>
            </w:pPr>
          </w:p>
        </w:tc>
      </w:tr>
      <w:tr w:rsidR="008A5E4E" w:rsidRPr="000014E0" w14:paraId="233F845F" w14:textId="77777777" w:rsidTr="007D6C8F">
        <w:trPr>
          <w:trHeight w:hRule="exact" w:val="340"/>
          <w:jc w:val="center"/>
        </w:trPr>
        <w:tc>
          <w:tcPr>
            <w:tcW w:w="10767" w:type="dxa"/>
            <w:gridSpan w:val="2"/>
            <w:tcBorders>
              <w:top w:val="single" w:sz="5" w:space="0" w:color="1F4E79"/>
              <w:left w:val="single" w:sz="5" w:space="0" w:color="1F4E79"/>
              <w:bottom w:val="single" w:sz="5" w:space="0" w:color="1F4E79"/>
              <w:right w:val="single" w:sz="5" w:space="0" w:color="1F4E79"/>
            </w:tcBorders>
            <w:shd w:val="clear" w:color="auto" w:fill="1F4E79"/>
            <w:tcMar>
              <w:top w:w="25" w:type="dxa"/>
              <w:left w:w="70" w:type="dxa"/>
              <w:bottom w:w="25" w:type="dxa"/>
              <w:right w:w="70" w:type="dxa"/>
            </w:tcMar>
            <w:vAlign w:val="center"/>
          </w:tcPr>
          <w:p w14:paraId="3C9E62C2" w14:textId="77777777" w:rsidR="008A5E4E" w:rsidRPr="000014E0" w:rsidRDefault="00396BC5">
            <w:pPr>
              <w:rPr>
                <w:sz w:val="22"/>
                <w:szCs w:val="36"/>
              </w:rPr>
            </w:pPr>
            <w:r w:rsidRPr="000014E0">
              <w:rPr>
                <w:b/>
                <w:color w:val="FFFFFF"/>
                <w:sz w:val="22"/>
                <w:szCs w:val="36"/>
              </w:rPr>
              <w:t>3. LANGUAGE INFORMATION</w:t>
            </w:r>
          </w:p>
        </w:tc>
      </w:tr>
      <w:tr w:rsidR="008A5E4E" w:rsidRPr="000014E0" w14:paraId="525CFDE9" w14:textId="77777777" w:rsidTr="007D6C8F">
        <w:trPr>
          <w:trHeight w:hRule="exact" w:val="340"/>
          <w:jc w:val="center"/>
        </w:trPr>
        <w:tc>
          <w:tcPr>
            <w:tcW w:w="3100" w:type="dxa"/>
            <w:tcBorders>
              <w:top w:val="single" w:sz="5" w:space="0" w:color="9FBAD0"/>
              <w:left w:val="single" w:sz="5" w:space="0" w:color="9FBAD0"/>
              <w:bottom w:val="single" w:sz="5" w:space="0" w:color="9FBAD0"/>
              <w:right w:val="single" w:sz="5" w:space="0" w:color="9FBAD0"/>
            </w:tcBorders>
            <w:shd w:val="clear" w:color="auto" w:fill="D9EAF7"/>
            <w:tcMar>
              <w:top w:w="35" w:type="dxa"/>
              <w:left w:w="55" w:type="dxa"/>
              <w:bottom w:w="35" w:type="dxa"/>
              <w:right w:w="55" w:type="dxa"/>
            </w:tcMar>
            <w:vAlign w:val="center"/>
          </w:tcPr>
          <w:p w14:paraId="56C5E676" w14:textId="77777777" w:rsidR="008A5E4E" w:rsidRPr="000014E0" w:rsidRDefault="00396BC5">
            <w:pPr>
              <w:rPr>
                <w:sz w:val="18"/>
                <w:szCs w:val="28"/>
              </w:rPr>
            </w:pPr>
            <w:r w:rsidRPr="000014E0">
              <w:rPr>
                <w:b/>
                <w:color w:val="1F4E79"/>
                <w:sz w:val="18"/>
                <w:szCs w:val="28"/>
              </w:rPr>
              <w:t>Current Spanish level *</w:t>
            </w:r>
          </w:p>
        </w:tc>
        <w:tc>
          <w:tcPr>
            <w:tcW w:w="7667" w:type="dxa"/>
            <w:tcBorders>
              <w:top w:val="single" w:sz="5" w:space="0" w:color="9FBAD0"/>
              <w:left w:val="single" w:sz="5" w:space="0" w:color="9FBAD0"/>
              <w:bottom w:val="single" w:sz="5" w:space="0" w:color="9FBAD0"/>
              <w:right w:val="single" w:sz="5" w:space="0" w:color="9FBAD0"/>
            </w:tcBorders>
            <w:tcMar>
              <w:top w:w="35" w:type="dxa"/>
              <w:left w:w="55" w:type="dxa"/>
              <w:bottom w:w="35" w:type="dxa"/>
              <w:right w:w="55" w:type="dxa"/>
            </w:tcMar>
            <w:vAlign w:val="center"/>
          </w:tcPr>
          <w:p w14:paraId="0156B8DC" w14:textId="77777777" w:rsidR="000014E0" w:rsidRDefault="00396BC5">
            <w:pPr>
              <w:rPr>
                <w:sz w:val="18"/>
                <w:szCs w:val="28"/>
              </w:rPr>
            </w:pPr>
            <w:r w:rsidRPr="000014E0">
              <w:rPr>
                <w:sz w:val="18"/>
                <w:szCs w:val="28"/>
              </w:rPr>
              <w:t>☐</w:t>
            </w:r>
            <w:r w:rsidRPr="000014E0">
              <w:rPr>
                <w:sz w:val="18"/>
                <w:szCs w:val="28"/>
              </w:rPr>
              <w:t xml:space="preserve"> A1 </w:t>
            </w:r>
            <w:r w:rsidR="000014E0">
              <w:rPr>
                <w:sz w:val="18"/>
                <w:szCs w:val="28"/>
              </w:rPr>
              <w:t xml:space="preserve">  </w:t>
            </w:r>
            <w:r w:rsidRPr="000014E0">
              <w:rPr>
                <w:sz w:val="18"/>
                <w:szCs w:val="28"/>
              </w:rPr>
              <w:t xml:space="preserve">  ☐ A2  </w:t>
            </w:r>
            <w:r w:rsidR="000014E0">
              <w:rPr>
                <w:sz w:val="18"/>
                <w:szCs w:val="28"/>
              </w:rPr>
              <w:t xml:space="preserve">  </w:t>
            </w:r>
            <w:r w:rsidRPr="000014E0">
              <w:rPr>
                <w:sz w:val="18"/>
                <w:szCs w:val="28"/>
              </w:rPr>
              <w:t xml:space="preserve"> ☐ B1 </w:t>
            </w:r>
            <w:r w:rsidR="000014E0">
              <w:rPr>
                <w:sz w:val="18"/>
                <w:szCs w:val="28"/>
              </w:rPr>
              <w:t xml:space="preserve">  </w:t>
            </w:r>
            <w:r w:rsidRPr="000014E0">
              <w:rPr>
                <w:sz w:val="18"/>
                <w:szCs w:val="28"/>
              </w:rPr>
              <w:t xml:space="preserve">  ☐ B2  </w:t>
            </w:r>
            <w:r w:rsidR="000014E0">
              <w:rPr>
                <w:sz w:val="18"/>
                <w:szCs w:val="28"/>
              </w:rPr>
              <w:t xml:space="preserve">  </w:t>
            </w:r>
            <w:r w:rsidRPr="000014E0">
              <w:rPr>
                <w:sz w:val="18"/>
                <w:szCs w:val="28"/>
              </w:rPr>
              <w:t xml:space="preserve"> ☐ C1  </w:t>
            </w:r>
            <w:r w:rsidR="000014E0">
              <w:rPr>
                <w:sz w:val="18"/>
                <w:szCs w:val="28"/>
              </w:rPr>
              <w:t xml:space="preserve">  </w:t>
            </w:r>
          </w:p>
          <w:p w14:paraId="01270E52" w14:textId="6D2A0D8D" w:rsidR="008A5E4E" w:rsidRPr="000014E0" w:rsidRDefault="00396BC5">
            <w:pPr>
              <w:rPr>
                <w:sz w:val="18"/>
                <w:szCs w:val="28"/>
              </w:rPr>
            </w:pPr>
            <w:r w:rsidRPr="000014E0">
              <w:rPr>
                <w:sz w:val="18"/>
                <w:szCs w:val="28"/>
              </w:rPr>
              <w:t xml:space="preserve"> ☐ C2</w:t>
            </w:r>
          </w:p>
        </w:tc>
      </w:tr>
      <w:tr w:rsidR="008A5E4E" w:rsidRPr="000014E0" w14:paraId="0FDA3E5B" w14:textId="77777777" w:rsidTr="007D6C8F">
        <w:trPr>
          <w:trHeight w:hRule="exact" w:val="340"/>
          <w:jc w:val="center"/>
        </w:trPr>
        <w:tc>
          <w:tcPr>
            <w:tcW w:w="3100" w:type="dxa"/>
            <w:tcBorders>
              <w:top w:val="single" w:sz="5" w:space="0" w:color="9FBAD0"/>
              <w:left w:val="single" w:sz="5" w:space="0" w:color="9FBAD0"/>
              <w:bottom w:val="single" w:sz="5" w:space="0" w:color="9FBAD0"/>
              <w:right w:val="single" w:sz="5" w:space="0" w:color="9FBAD0"/>
            </w:tcBorders>
            <w:shd w:val="clear" w:color="auto" w:fill="D9EAF7"/>
            <w:tcMar>
              <w:top w:w="35" w:type="dxa"/>
              <w:left w:w="55" w:type="dxa"/>
              <w:bottom w:w="35" w:type="dxa"/>
              <w:right w:w="55" w:type="dxa"/>
            </w:tcMar>
            <w:vAlign w:val="center"/>
          </w:tcPr>
          <w:p w14:paraId="5485AE3C" w14:textId="77777777" w:rsidR="008A5E4E" w:rsidRPr="000014E0" w:rsidRDefault="00396BC5">
            <w:pPr>
              <w:rPr>
                <w:sz w:val="18"/>
                <w:szCs w:val="28"/>
              </w:rPr>
            </w:pPr>
            <w:r w:rsidRPr="000014E0">
              <w:rPr>
                <w:b/>
                <w:color w:val="1F4E79"/>
                <w:sz w:val="18"/>
                <w:szCs w:val="28"/>
              </w:rPr>
              <w:t>Other languages spoken</w:t>
            </w:r>
          </w:p>
        </w:tc>
        <w:tc>
          <w:tcPr>
            <w:tcW w:w="7667" w:type="dxa"/>
            <w:tcBorders>
              <w:top w:val="single" w:sz="5" w:space="0" w:color="9FBAD0"/>
              <w:left w:val="single" w:sz="5" w:space="0" w:color="9FBAD0"/>
              <w:bottom w:val="single" w:sz="5" w:space="0" w:color="9FBAD0"/>
              <w:right w:val="single" w:sz="5" w:space="0" w:color="9FBAD0"/>
            </w:tcBorders>
            <w:tcMar>
              <w:top w:w="35" w:type="dxa"/>
              <w:left w:w="55" w:type="dxa"/>
              <w:bottom w:w="35" w:type="dxa"/>
              <w:right w:w="55" w:type="dxa"/>
            </w:tcMar>
            <w:vAlign w:val="center"/>
          </w:tcPr>
          <w:p w14:paraId="277A09E4" w14:textId="77777777" w:rsidR="008A5E4E" w:rsidRPr="000014E0" w:rsidRDefault="008A5E4E">
            <w:pPr>
              <w:rPr>
                <w:sz w:val="18"/>
                <w:szCs w:val="28"/>
              </w:rPr>
            </w:pPr>
          </w:p>
        </w:tc>
      </w:tr>
      <w:tr w:rsidR="008A5E4E" w:rsidRPr="003E6E2E" w14:paraId="0F2F3797" w14:textId="77777777" w:rsidTr="007D6C8F">
        <w:trPr>
          <w:trHeight w:hRule="exact" w:val="340"/>
          <w:jc w:val="center"/>
        </w:trPr>
        <w:tc>
          <w:tcPr>
            <w:tcW w:w="10767" w:type="dxa"/>
            <w:gridSpan w:val="2"/>
            <w:tcBorders>
              <w:top w:val="single" w:sz="5" w:space="0" w:color="1F4E79"/>
              <w:left w:val="single" w:sz="5" w:space="0" w:color="1F4E79"/>
              <w:bottom w:val="single" w:sz="5" w:space="0" w:color="1F4E79"/>
              <w:right w:val="single" w:sz="5" w:space="0" w:color="1F4E79"/>
            </w:tcBorders>
            <w:shd w:val="clear" w:color="auto" w:fill="1F4E79"/>
            <w:tcMar>
              <w:top w:w="25" w:type="dxa"/>
              <w:left w:w="70" w:type="dxa"/>
              <w:bottom w:w="25" w:type="dxa"/>
              <w:right w:w="70" w:type="dxa"/>
            </w:tcMar>
          </w:tcPr>
          <w:p w14:paraId="78EBF552" w14:textId="77777777" w:rsidR="008A5E4E" w:rsidRPr="003E6E2E" w:rsidRDefault="00396BC5">
            <w:pPr>
              <w:rPr>
                <w:sz w:val="16"/>
                <w:szCs w:val="24"/>
              </w:rPr>
            </w:pPr>
            <w:r w:rsidRPr="000014E0">
              <w:rPr>
                <w:b/>
                <w:color w:val="FFFFFF"/>
                <w:sz w:val="22"/>
                <w:szCs w:val="36"/>
              </w:rPr>
              <w:t>4. DATA PROTECTION AND CONSENT</w:t>
            </w:r>
          </w:p>
        </w:tc>
      </w:tr>
      <w:tr w:rsidR="007D6C8F" w:rsidRPr="003E6E2E" w14:paraId="621D6275" w14:textId="77777777" w:rsidTr="007D6C8F">
        <w:trPr>
          <w:trHeight w:hRule="exact" w:val="1649"/>
          <w:jc w:val="center"/>
        </w:trPr>
        <w:tc>
          <w:tcPr>
            <w:tcW w:w="10767" w:type="dxa"/>
            <w:gridSpan w:val="2"/>
            <w:tcBorders>
              <w:top w:val="single" w:sz="5" w:space="0" w:color="1F4E79"/>
              <w:left w:val="single" w:sz="5" w:space="0" w:color="1F4E79"/>
              <w:bottom w:val="single" w:sz="5" w:space="0" w:color="1F4E79"/>
              <w:right w:val="single" w:sz="5" w:space="0" w:color="1F4E79"/>
            </w:tcBorders>
            <w:tcMar>
              <w:top w:w="25" w:type="dxa"/>
              <w:left w:w="70" w:type="dxa"/>
              <w:bottom w:w="25" w:type="dxa"/>
              <w:right w:w="70" w:type="dxa"/>
            </w:tcMar>
          </w:tcPr>
          <w:p w14:paraId="638156B5" w14:textId="77777777" w:rsidR="007D6C8F" w:rsidRPr="007D6C8F" w:rsidRDefault="007D6C8F" w:rsidP="007D6C8F">
            <w:pPr>
              <w:spacing w:after="0" w:line="206" w:lineRule="auto"/>
              <w:rPr>
                <w:color w:val="1F4E79"/>
                <w:sz w:val="18"/>
                <w:szCs w:val="28"/>
              </w:rPr>
            </w:pPr>
            <w:r w:rsidRPr="007D6C8F">
              <w:rPr>
                <w:color w:val="1F4E79"/>
                <w:sz w:val="16"/>
                <w:szCs w:val="28"/>
              </w:rPr>
              <w:t>Your personal and professional data, including information in attached documents, will be processed in accordance with the EU General Data Protection Regulation (GDPR) and Organic Law 3/2018 of 5 December on the Protection of Personal Data and the Guarantee of Digital Rights. The data controller is Fundación Universidad de Valladolid. You may exercise your rights of access, rectification, erasure, portability, restriction of processing and objection. Further information: fundacion.uva.es/</w:t>
            </w:r>
            <w:proofErr w:type="spellStart"/>
            <w:r w:rsidRPr="007D6C8F">
              <w:rPr>
                <w:color w:val="1F4E79"/>
                <w:sz w:val="16"/>
                <w:szCs w:val="28"/>
              </w:rPr>
              <w:t>proteccion</w:t>
            </w:r>
            <w:proofErr w:type="spellEnd"/>
            <w:r w:rsidRPr="007D6C8F">
              <w:rPr>
                <w:color w:val="1F4E79"/>
                <w:sz w:val="16"/>
                <w:szCs w:val="28"/>
              </w:rPr>
              <w:t>-de-</w:t>
            </w:r>
            <w:proofErr w:type="spellStart"/>
            <w:r w:rsidRPr="007D6C8F">
              <w:rPr>
                <w:color w:val="1F4E79"/>
                <w:sz w:val="16"/>
                <w:szCs w:val="28"/>
              </w:rPr>
              <w:t>datos</w:t>
            </w:r>
            <w:proofErr w:type="spellEnd"/>
            <w:r w:rsidRPr="007D6C8F">
              <w:rPr>
                <w:color w:val="1F4E79"/>
                <w:sz w:val="16"/>
                <w:szCs w:val="28"/>
              </w:rPr>
              <w:t>.</w:t>
            </w:r>
          </w:p>
          <w:p w14:paraId="73E85842" w14:textId="77777777" w:rsidR="007D6C8F" w:rsidRPr="007D6C8F" w:rsidRDefault="007D6C8F" w:rsidP="007D6C8F">
            <w:pPr>
              <w:spacing w:after="0" w:line="206" w:lineRule="auto"/>
              <w:rPr>
                <w:color w:val="1F4E79"/>
                <w:sz w:val="18"/>
                <w:szCs w:val="28"/>
              </w:rPr>
            </w:pPr>
            <w:r w:rsidRPr="007D6C8F">
              <w:rPr>
                <w:color w:val="1F4E79"/>
                <w:sz w:val="16"/>
                <w:szCs w:val="28"/>
              </w:rPr>
              <w:t>☐ I do not consent to receiving electronic communications about other activities, events and training organised by the UVa Foundation.</w:t>
            </w:r>
          </w:p>
          <w:p w14:paraId="7AEB4555" w14:textId="0E000C4F" w:rsidR="007D6C8F" w:rsidRPr="007D6C8F" w:rsidRDefault="007D6C8F" w:rsidP="007D6C8F">
            <w:pPr>
              <w:spacing w:after="0" w:line="206" w:lineRule="auto"/>
              <w:rPr>
                <w:color w:val="1F4E79"/>
                <w:sz w:val="16"/>
                <w:szCs w:val="28"/>
              </w:rPr>
            </w:pPr>
            <w:r w:rsidRPr="007D6C8F">
              <w:rPr>
                <w:color w:val="1F4E79"/>
                <w:sz w:val="16"/>
                <w:szCs w:val="28"/>
              </w:rPr>
              <w:t>☐ I do not consent to photographs in which I appear, taken during UVa Foundation activities, being published on social media or used for promotional purposes by the Language Centre.</w:t>
            </w:r>
          </w:p>
          <w:p w14:paraId="1F0A58AA" w14:textId="77777777" w:rsidR="007D6C8F" w:rsidRDefault="007D6C8F" w:rsidP="007D6C8F">
            <w:pPr>
              <w:spacing w:after="0" w:line="206" w:lineRule="auto"/>
              <w:rPr>
                <w:szCs w:val="24"/>
              </w:rPr>
            </w:pPr>
          </w:p>
          <w:p w14:paraId="150E1F1D" w14:textId="06C71CC0" w:rsidR="007D6C8F" w:rsidRPr="007D6C8F" w:rsidRDefault="007D6C8F" w:rsidP="007D6C8F">
            <w:pPr>
              <w:spacing w:after="0" w:line="206" w:lineRule="auto"/>
              <w:rPr>
                <w:b/>
                <w:bCs/>
                <w:color w:val="1F4E79"/>
                <w:sz w:val="20"/>
                <w:szCs w:val="36"/>
              </w:rPr>
            </w:pPr>
            <w:r w:rsidRPr="007D6C8F">
              <w:rPr>
                <w:b/>
                <w:bCs/>
                <w:color w:val="1F4E79"/>
                <w:sz w:val="20"/>
                <w:szCs w:val="36"/>
              </w:rPr>
              <w:t xml:space="preserve">DATE:                                                                    SIGNATURE: </w:t>
            </w:r>
          </w:p>
          <w:p w14:paraId="51A5D65C" w14:textId="77777777" w:rsidR="007D6C8F" w:rsidRPr="000014E0" w:rsidRDefault="007D6C8F">
            <w:pPr>
              <w:rPr>
                <w:b/>
                <w:color w:val="FFFFFF"/>
                <w:sz w:val="22"/>
                <w:szCs w:val="36"/>
              </w:rPr>
            </w:pPr>
          </w:p>
        </w:tc>
      </w:tr>
    </w:tbl>
    <w:p w14:paraId="1A597ED6" w14:textId="77777777" w:rsidR="000014E0" w:rsidRDefault="000014E0">
      <w:pPr>
        <w:spacing w:after="0" w:line="206" w:lineRule="auto"/>
        <w:rPr>
          <w:sz w:val="12"/>
        </w:rPr>
      </w:pPr>
    </w:p>
    <w:p w14:paraId="0E94BB06" w14:textId="77777777" w:rsidR="007D6C8F" w:rsidRDefault="007D6C8F">
      <w:pPr>
        <w:spacing w:before="20" w:after="0" w:line="206" w:lineRule="auto"/>
        <w:jc w:val="center"/>
        <w:rPr>
          <w:sz w:val="20"/>
          <w:szCs w:val="36"/>
        </w:rPr>
      </w:pPr>
    </w:p>
    <w:p w14:paraId="5631C859" w14:textId="77777777" w:rsidR="007D6C8F" w:rsidRPr="000014E0" w:rsidRDefault="007D6C8F" w:rsidP="007D6C8F">
      <w:pPr>
        <w:spacing w:before="20" w:after="0" w:line="206" w:lineRule="auto"/>
        <w:jc w:val="center"/>
        <w:rPr>
          <w:b/>
          <w:bCs/>
          <w:color w:val="0000FF"/>
          <w:sz w:val="22"/>
          <w:szCs w:val="36"/>
        </w:rPr>
      </w:pPr>
      <w:r w:rsidRPr="003E6E2E">
        <w:rPr>
          <w:b/>
          <w:sz w:val="20"/>
          <w:szCs w:val="36"/>
        </w:rPr>
        <w:t>Please send the completed form to:</w:t>
      </w:r>
      <w:r w:rsidRPr="000014E0">
        <w:rPr>
          <w:b/>
          <w:bCs/>
          <w:sz w:val="20"/>
          <w:szCs w:val="36"/>
        </w:rPr>
        <w:t xml:space="preserve"> </w:t>
      </w:r>
      <w:r w:rsidRPr="000014E0">
        <w:rPr>
          <w:b/>
          <w:bCs/>
          <w:color w:val="0000FF"/>
          <w:sz w:val="22"/>
          <w:szCs w:val="40"/>
        </w:rPr>
        <w:t>coordinacion.espanol@centroidiomas.uva.es</w:t>
      </w:r>
    </w:p>
    <w:p w14:paraId="4EDFDE8A" w14:textId="77777777" w:rsidR="007D6C8F" w:rsidRDefault="007D6C8F" w:rsidP="007D6C8F">
      <w:pPr>
        <w:spacing w:after="0" w:line="206" w:lineRule="auto"/>
        <w:jc w:val="center"/>
        <w:rPr>
          <w:b/>
          <w:sz w:val="20"/>
          <w:szCs w:val="36"/>
        </w:rPr>
      </w:pPr>
    </w:p>
    <w:p w14:paraId="7D6936A9" w14:textId="77777777" w:rsidR="007D6C8F" w:rsidRDefault="007D6C8F" w:rsidP="007D6C8F">
      <w:pPr>
        <w:spacing w:after="0" w:line="206" w:lineRule="auto"/>
        <w:jc w:val="center"/>
        <w:rPr>
          <w:color w:val="1F4E79"/>
          <w:sz w:val="20"/>
          <w:szCs w:val="36"/>
        </w:rPr>
      </w:pPr>
      <w:r w:rsidRPr="003E6E2E">
        <w:rPr>
          <w:b/>
          <w:sz w:val="20"/>
          <w:szCs w:val="36"/>
        </w:rPr>
        <w:t xml:space="preserve">Online registration: </w:t>
      </w:r>
      <w:hyperlink r:id="rId8" w:history="1">
        <w:r w:rsidRPr="003E6E2E">
          <w:rPr>
            <w:rStyle w:val="Hipervnculo"/>
            <w:sz w:val="20"/>
            <w:szCs w:val="36"/>
          </w:rPr>
          <w:t>https://spanishinvalladolid.com/en/cursos/international-staff-week-spanish-language-course/</w:t>
        </w:r>
      </w:hyperlink>
    </w:p>
    <w:p w14:paraId="3C6B46A1" w14:textId="77777777" w:rsidR="007D6C8F" w:rsidRDefault="007D6C8F" w:rsidP="007D6C8F">
      <w:pPr>
        <w:spacing w:before="20" w:after="0" w:line="206" w:lineRule="auto"/>
        <w:jc w:val="center"/>
        <w:rPr>
          <w:sz w:val="20"/>
          <w:szCs w:val="36"/>
        </w:rPr>
      </w:pPr>
    </w:p>
    <w:p w14:paraId="595E6430" w14:textId="13A3EF4D" w:rsidR="008A5E4E" w:rsidRPr="000014E0" w:rsidRDefault="00396BC5">
      <w:pPr>
        <w:spacing w:before="20" w:after="0" w:line="206" w:lineRule="auto"/>
        <w:jc w:val="center"/>
        <w:rPr>
          <w:sz w:val="22"/>
          <w:szCs w:val="36"/>
        </w:rPr>
      </w:pPr>
      <w:r w:rsidRPr="000014E0">
        <w:rPr>
          <w:sz w:val="20"/>
          <w:szCs w:val="36"/>
        </w:rPr>
        <w:t>Thank you for your interest in the International Staff Week Spanish Language Course.</w:t>
      </w:r>
    </w:p>
    <w:sectPr w:rsidR="008A5E4E" w:rsidRPr="000014E0" w:rsidSect="000014E0">
      <w:pgSz w:w="12240" w:h="15840"/>
      <w:pgMar w:top="454" w:right="544" w:bottom="318" w:left="544" w:header="142" w:footer="14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566114968">
    <w:abstractNumId w:val="8"/>
  </w:num>
  <w:num w:numId="2" w16cid:durableId="840974009">
    <w:abstractNumId w:val="6"/>
  </w:num>
  <w:num w:numId="3" w16cid:durableId="2114979901">
    <w:abstractNumId w:val="5"/>
  </w:num>
  <w:num w:numId="4" w16cid:durableId="2001300170">
    <w:abstractNumId w:val="4"/>
  </w:num>
  <w:num w:numId="5" w16cid:durableId="2137143091">
    <w:abstractNumId w:val="7"/>
  </w:num>
  <w:num w:numId="6" w16cid:durableId="2049796487">
    <w:abstractNumId w:val="3"/>
  </w:num>
  <w:num w:numId="7" w16cid:durableId="212036645">
    <w:abstractNumId w:val="2"/>
  </w:num>
  <w:num w:numId="8" w16cid:durableId="365840274">
    <w:abstractNumId w:val="1"/>
  </w:num>
  <w:num w:numId="9" w16cid:durableId="1593397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4E0"/>
    <w:rsid w:val="00034616"/>
    <w:rsid w:val="0006063C"/>
    <w:rsid w:val="0015074B"/>
    <w:rsid w:val="0017668F"/>
    <w:rsid w:val="0029639D"/>
    <w:rsid w:val="00326F90"/>
    <w:rsid w:val="00396BC5"/>
    <w:rsid w:val="003E6E2E"/>
    <w:rsid w:val="005C5925"/>
    <w:rsid w:val="0069102B"/>
    <w:rsid w:val="007D6C8F"/>
    <w:rsid w:val="008A5E4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5E5998"/>
  <w14:defaultImageDpi w14:val="300"/>
  <w15:docId w15:val="{1A339D55-5784-4262-83DD-310AA54B9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4"/>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unhideWhenUsed/>
    <w:rsid w:val="003E6E2E"/>
    <w:rPr>
      <w:color w:val="0000FF" w:themeColor="hyperlink"/>
      <w:u w:val="single"/>
    </w:rPr>
  </w:style>
  <w:style w:type="character" w:styleId="Mencinsinresolver">
    <w:name w:val="Unresolved Mention"/>
    <w:basedOn w:val="Fuentedeprrafopredeter"/>
    <w:uiPriority w:val="99"/>
    <w:semiHidden/>
    <w:unhideWhenUsed/>
    <w:rsid w:val="003E6E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anishinvalladolid.com/en/cursos/international-staff-week-spanish-language-course/"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file:///\\fundacion.uva.es\usuarios\descargas\mipaulg\Downloads\www.spanishinvalladolid.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342</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MARIA ISABEL PAUL GARCIA</cp:lastModifiedBy>
  <cp:revision>2</cp:revision>
  <dcterms:created xsi:type="dcterms:W3CDTF">2026-09-29T08:08:00Z</dcterms:created>
  <dcterms:modified xsi:type="dcterms:W3CDTF">2026-09-29T08:08:00Z</dcterms:modified>
  <cp:category/>
</cp:coreProperties>
</file>